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Transcription d'entretien : modèle</w:t>
      </w:r>
    </w:p>
    <w:p>
      <w:r>
        <w:t>Entretien n° : ...</w:t>
      </w:r>
    </w:p>
    <w:p>
      <w:r>
        <w:t>Projet / sujet : ...</w:t>
      </w:r>
    </w:p>
    <w:p>
      <w:r>
        <w:t>Date et lieu : ...</w:t>
      </w:r>
    </w:p>
    <w:p>
      <w:r>
        <w:t>Durée de l'enregistrement : ...</w:t>
      </w:r>
    </w:p>
    <w:p>
      <w:r>
        <w:t>Intervieweur (code) : J</w:t>
      </w:r>
    </w:p>
    <w:p>
      <w:r>
        <w:t>Personne interrogée (code) : A (âge, métier, sans nom)</w:t>
      </w:r>
    </w:p>
    <w:p>
      <w:r>
        <w:t>Type de transcription : intégrale / nettoyée / éditée</w:t>
      </w:r>
    </w:p>
    <w:p>
      <w:r>
        <w:t>Outil : Typist (modèle ...), relu par ...</w:t>
      </w:r>
    </w:p>
    <w:p>
      <w:r>
        <w:t>Consentement écrit recueilli le : ...</w:t>
      </w:r>
    </w:p>
    <w:p>
      <w:pPr>
        <w:pStyle w:val="Heading2"/>
      </w:pPr>
      <w:r>
        <w:t>Conventions</w:t>
      </w:r>
    </w:p>
    <w:p>
      <w:pPr>
        <w:pStyle w:val="ListBullet"/>
      </w:pPr>
      <w:r>
        <w:t>J : / A : en gras, un paragraphe par prise de parole</w:t>
      </w:r>
    </w:p>
    <w:p>
      <w:pPr>
        <w:pStyle w:val="ListBullet"/>
      </w:pPr>
      <w:r>
        <w:t>[hh:mm:ss] à la fin de chaque prise de parole</w:t>
      </w:r>
    </w:p>
    <w:p>
      <w:pPr>
        <w:pStyle w:val="ListBullet"/>
      </w:pPr>
      <w:r>
        <w:t>(rires), (soupir), (silence 5 s) entre parenthèses</w:t>
      </w:r>
    </w:p>
    <w:p>
      <w:pPr>
        <w:pStyle w:val="ListBullet"/>
      </w:pPr>
      <w:r>
        <w:t>[inaudible 00:12:31] quand un passage ne s'entend pas</w:t>
      </w:r>
    </w:p>
    <w:p>
      <w:pPr>
        <w:pStyle w:val="ListBullet"/>
      </w:pPr>
      <w:r>
        <w:t>[Personne 1], [Ville 1] pour anonymiser</w:t>
      </w:r>
    </w:p>
    <w:p>
      <w:pPr>
        <w:pStyle w:val="ListBullet"/>
      </w:pPr>
      <w:r>
        <w:t>euh, ben, hein : gardés en intégrale, supprimés en nettoyée</w:t>
      </w:r>
    </w:p>
    <w:p>
      <w:pPr>
        <w:pStyle w:val="Heading2"/>
      </w:pPr>
      <w:r>
        <w:t>Transcription</w:t>
      </w:r>
    </w:p>
    <w:p>
      <w:r>
        <w:rPr>
          <w:b/>
        </w:rPr>
        <w:t xml:space="preserve">J : </w:t>
      </w:r>
      <w:r>
        <w:t>... [00:00:00]</w:t>
      </w:r>
    </w:p>
    <w:p>
      <w:r>
        <w:rPr>
          <w:b/>
        </w:rPr>
        <w:t xml:space="preserve">A : </w:t>
      </w:r>
      <w:r>
        <w:t>... [00:00:00]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