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Exemple : entretien avec une apicultrice (intégrale)</w:t>
      </w:r>
    </w:p>
    <w:p>
      <w:r>
        <w:t>Entretien n° 1 · Apicultrice (A), 12 ans d'activité, Drôme · Journaliste (J)</w:t>
      </w:r>
    </w:p>
    <w:p>
      <w:r>
        <w:t>31/10/2026 · 0 min 58 · Transcription Typist (Scribe v2), relue · Intégrale</w:t>
      </w:r>
    </w:p>
    <w:p>
      <w:r>
        <w:t>Enregistrement test réalisé avec deux voix de synthèse.</w:t>
      </w:r>
    </w:p>
    <w:p>
      <w:r>
        <w:rPr>
          <w:b/>
        </w:rPr>
        <w:t xml:space="preserve">J : </w:t>
      </w:r>
      <w:r>
        <w:t>Merci de me recevoir. Pour commencer, depuis combien de temps êtes-vous apicultrice ? [00:00:00]</w:t>
      </w:r>
    </w:p>
    <w:p>
      <w:r>
        <w:rPr>
          <w:b/>
        </w:rPr>
        <w:t xml:space="preserve">A : </w:t>
      </w:r>
      <w:r>
        <w:t>Euh, depuis douze ans. J'ai repris les ruches de mon oncle à Dieulefit, dans la Drôme, en 2014. [00:00:07]</w:t>
      </w:r>
    </w:p>
    <w:p>
      <w:r>
        <w:rPr>
          <w:b/>
        </w:rPr>
        <w:t xml:space="preserve">J : </w:t>
      </w:r>
      <w:r>
        <w:t>Et cette année, comment s'est passée la récolte ? [00:00:14]</w:t>
      </w:r>
    </w:p>
    <w:p>
      <w:r>
        <w:rPr>
          <w:b/>
        </w:rPr>
        <w:t xml:space="preserve">A : </w:t>
      </w:r>
      <w:r>
        <w:t>Mal, honnêtement. On a perdu à peu près 30 % des colonies. Le frelon asiatique, et puis la sécheresse de juillet. [00:00:18]</w:t>
      </w:r>
    </w:p>
    <w:p>
      <w:r>
        <w:rPr>
          <w:b/>
        </w:rPr>
        <w:t xml:space="preserve">J : </w:t>
      </w:r>
      <w:r>
        <w:t>Qu'est-ce que vous avez changé pour vous adapter ? [00:00:28]</w:t>
      </w:r>
    </w:p>
    <w:p>
      <w:r>
        <w:rPr>
          <w:b/>
        </w:rPr>
        <w:t xml:space="preserve">A : </w:t>
      </w:r>
      <w:r>
        <w:t>On a, euh, déplacé quarante ruches vers le plateau, à huit cents mètres d'altitude. Et on vend davantage en direct, au marché de Crest, le samedi matin. [00:00:31]</w:t>
      </w:r>
    </w:p>
    <w:p>
      <w:r>
        <w:rPr>
          <w:b/>
        </w:rPr>
        <w:t xml:space="preserve">J : </w:t>
      </w:r>
      <w:r>
        <w:t>Un conseil pour quelqu'un qui veut se lancer ? [00:00:43]</w:t>
      </w:r>
    </w:p>
    <w:p>
      <w:r>
        <w:rPr>
          <w:b/>
        </w:rPr>
        <w:t xml:space="preserve">A : </w:t>
      </w:r>
      <w:r>
        <w:t>Commencer petit. Deux ou trois ruches, pas plus, et trouver un parrain dans un syndicat apicole. Moi, c'est [Personne 1] qui m'a tout appris. [00:00:46]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