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Procès-verbal de [type de réunion] du [date]</w:t>
      </w:r>
    </w:p>
    <w:p>
      <w:r>
        <w:t>[Nom de l'organisation], [forme juridique], siège : [adresse]. Réunion tenue le [date] à [heure], à [lieu ou visioconférence], sur convocation du [date] adressée par [qui].</w:t>
      </w:r>
    </w:p>
    <w:p>
      <w:pPr>
        <w:pStyle w:val="Heading2"/>
      </w:pPr>
      <w:r>
        <w:t>1. Ouverture de la séance</w:t>
      </w:r>
    </w:p>
    <w:p>
      <w:pPr>
        <w:pStyle w:val="ListBullet"/>
      </w:pPr>
      <w:r>
        <w:t>Présents ou représentés : [nombre] sur [nombre] membres (feuille de présence en annexe). Quorum : [atteint / non atteint].</w:t>
      </w:r>
    </w:p>
    <w:p>
      <w:pPr>
        <w:pStyle w:val="ListBullet"/>
      </w:pPr>
      <w:r>
        <w:t>Président(e) de séance : [nom]. Secrétaire de séance : [nom]. Scrutateur(s) : [nom(s), si prévu].</w:t>
      </w:r>
    </w:p>
    <w:p>
      <w:pPr>
        <w:pStyle w:val="Heading2"/>
      </w:pPr>
      <w:r>
        <w:t>2. Ordre du jour</w:t>
      </w:r>
    </w:p>
    <w:p>
      <w:pPr>
        <w:pStyle w:val="ListNumber"/>
      </w:pPr>
      <w:r>
        <w:t>[Point 1]</w:t>
      </w:r>
    </w:p>
    <w:p>
      <w:pPr>
        <w:pStyle w:val="ListNumber"/>
      </w:pPr>
      <w:r>
        <w:t>[Point 2]</w:t>
      </w:r>
    </w:p>
    <w:p>
      <w:pPr>
        <w:pStyle w:val="ListNumber"/>
      </w:pPr>
      <w:r>
        <w:t>[Point 3]</w:t>
      </w:r>
    </w:p>
    <w:p>
      <w:pPr>
        <w:pStyle w:val="Heading2"/>
      </w:pPr>
      <w:r>
        <w:t>3. Délibérations et votes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Résolution</w:t>
            </w:r>
          </w:p>
        </w:tc>
        <w:tc>
          <w:tcPr>
            <w:tcW w:type="dxa" w:w="1728"/>
          </w:tcPr>
          <w:p>
            <w:r>
              <w:t>Pour</w:t>
            </w:r>
          </w:p>
        </w:tc>
        <w:tc>
          <w:tcPr>
            <w:tcW w:type="dxa" w:w="1728"/>
          </w:tcPr>
          <w:p>
            <w:r>
              <w:t>Contre</w:t>
            </w:r>
          </w:p>
        </w:tc>
        <w:tc>
          <w:tcPr>
            <w:tcW w:type="dxa" w:w="1728"/>
          </w:tcPr>
          <w:p>
            <w:r>
              <w:t>Abstention</w:t>
            </w:r>
          </w:p>
        </w:tc>
        <w:tc>
          <w:tcPr>
            <w:tcW w:type="dxa" w:w="1728"/>
          </w:tcPr>
          <w:p>
            <w:r>
              <w:t>Résultat</w:t>
            </w:r>
          </w:p>
        </w:tc>
      </w:tr>
      <w:tr>
        <w:tc>
          <w:tcPr>
            <w:tcW w:type="dxa" w:w="1728"/>
          </w:tcPr>
          <w:p>
            <w:r>
              <w:t>[Texte exact de la résolution 1]</w:t>
            </w:r>
          </w:p>
        </w:tc>
        <w:tc>
          <w:tcPr>
            <w:tcW w:type="dxa" w:w="1728"/>
          </w:tcPr>
          <w:p>
            <w:r>
              <w:t>[n]</w:t>
            </w:r>
          </w:p>
        </w:tc>
        <w:tc>
          <w:tcPr>
            <w:tcW w:type="dxa" w:w="1728"/>
          </w:tcPr>
          <w:p>
            <w:r>
              <w:t>[n]</w:t>
            </w:r>
          </w:p>
        </w:tc>
        <w:tc>
          <w:tcPr>
            <w:tcW w:type="dxa" w:w="1728"/>
          </w:tcPr>
          <w:p>
            <w:r>
              <w:t>[n]</w:t>
            </w:r>
          </w:p>
        </w:tc>
        <w:tc>
          <w:tcPr>
            <w:tcW w:type="dxa" w:w="1728"/>
          </w:tcPr>
          <w:p>
            <w:r>
              <w:t>[Adoptée / Rejetée]</w:t>
            </w:r>
          </w:p>
        </w:tc>
      </w:tr>
      <w:tr>
        <w:tc>
          <w:tcPr>
            <w:tcW w:type="dxa" w:w="1728"/>
          </w:tcPr>
          <w:p>
            <w:r>
              <w:t>[Texte exact de la résolution 2]</w:t>
            </w:r>
          </w:p>
        </w:tc>
        <w:tc>
          <w:tcPr>
            <w:tcW w:type="dxa" w:w="1728"/>
          </w:tcPr>
          <w:p>
            <w:r>
              <w:t>[n]</w:t>
            </w:r>
          </w:p>
        </w:tc>
        <w:tc>
          <w:tcPr>
            <w:tcW w:type="dxa" w:w="1728"/>
          </w:tcPr>
          <w:p>
            <w:r>
              <w:t>[n]</w:t>
            </w:r>
          </w:p>
        </w:tc>
        <w:tc>
          <w:tcPr>
            <w:tcW w:type="dxa" w:w="1728"/>
          </w:tcPr>
          <w:p>
            <w:r>
              <w:t>[n]</w:t>
            </w:r>
          </w:p>
        </w:tc>
        <w:tc>
          <w:tcPr>
            <w:tcW w:type="dxa" w:w="1728"/>
          </w:tcPr>
          <w:p>
            <w:r>
              <w:t>[Adoptée / Rejetée]</w:t>
            </w:r>
          </w:p>
        </w:tc>
      </w:tr>
    </w:tbl>
    <w:p>
      <w:r>
        <w:t>Résumé des débats : [positions exprimées, demandes, réserves, déclarations à consigner].</w:t>
      </w:r>
    </w:p>
    <w:p>
      <w:pPr>
        <w:pStyle w:val="Heading2"/>
      </w:pPr>
      <w:r>
        <w:t>4. Clôture</w:t>
      </w:r>
    </w:p>
    <w:p>
      <w:r>
        <w:t>L'ordre du jour étant épuisé, la séance est levée à [heure]. Prochaine réunion : [date].</w:t>
      </w:r>
    </w:p>
    <w:p>
      <w:pPr>
        <w:pStyle w:val="Heading2"/>
      </w:pPr>
      <w:r>
        <w:t>Signatures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Le/La président(e) de séance : [nom]</w:t>
            </w:r>
          </w:p>
        </w:tc>
        <w:tc>
          <w:tcPr>
            <w:tcW w:type="dxa" w:w="4320"/>
          </w:tcPr>
          <w:p>
            <w:r>
              <w:t>Le/La secrétaire de séance : [nom]</w:t>
            </w:r>
          </w:p>
        </w:tc>
      </w:tr>
      <w:tr>
        <w:tc>
          <w:tcPr>
            <w:tcW w:type="dxa" w:w="4320"/>
          </w:tcPr>
          <w:p>
            <w:r>
              <w:t>Signature :</w:t>
            </w:r>
          </w:p>
        </w:tc>
        <w:tc>
          <w:tcPr>
            <w:tcW w:type="dxa" w:w="4320"/>
          </w:tcPr>
          <w:p>
            <w:r>
              <w:t>Signature :</w:t>
            </w:r>
          </w:p>
        </w:tc>
      </w:tr>
    </w:tbl>
    <w:p>
      <w:r>
        <w:t>Annexes : feuille de présence, pouvoirs, documents présentés.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