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ACTA DE REUNIÓN No. [___]</w:t>
      </w:r>
    </w:p>
    <w:p>
      <w:r>
        <w:t>[Nombre de la empresa, condominio, asociación o escuela]</w:t>
      </w:r>
    </w:p>
    <w:p>
      <w:r>
        <w:t>Tipo de reunión: [ordinaria / extraordinaria]          Modalidad: [presencial / videollamada / mixta]</w:t>
      </w:r>
    </w:p>
    <w:p>
      <w:pPr>
        <w:spacing w:before="160"/>
      </w:pPr>
      <w:r>
        <w:rPr>
          <w:b/>
        </w:rPr>
        <w:t>1. Encabezado</w:t>
      </w:r>
    </w:p>
    <w:p>
      <w:r>
        <w:t>En [ciudad], siendo las [hora] horas del día [fecha], en [lugar o plataforma], se reunieron las personas que se indican abajo para celebrar la reunión [ordinaria/extraordinaria] de [órgano: asamblea, comité, consejo, equipo], convocada el [fecha de la convocatoria] por [nombre y cargo].</w:t>
      </w:r>
    </w:p>
    <w:p>
      <w:pPr>
        <w:spacing w:before="160"/>
      </w:pPr>
      <w:r>
        <w:rPr>
          <w:b/>
        </w:rPr>
        <w:t>2. Asistentes y quórum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2835"/>
        <w:gridCol w:w="2835"/>
      </w:tblGrid>
      <w:tr>
        <w:tc>
          <w:tcPr>
            <w:tcW w:type="dxa" w:w="3402"/>
          </w:tcPr>
          <w:p>
            <w:r>
              <w:rPr>
                <w:b/>
              </w:rPr>
              <w:t>Nombre</w:t>
            </w:r>
          </w:p>
        </w:tc>
        <w:tc>
          <w:tcPr>
            <w:tcW w:type="dxa" w:w="2835"/>
          </w:tcPr>
          <w:p>
            <w:r>
              <w:rPr>
                <w:b/>
              </w:rPr>
              <w:t>Cargo o unidad</w:t>
            </w:r>
          </w:p>
        </w:tc>
        <w:tc>
          <w:tcPr>
            <w:tcW w:type="dxa" w:w="2835"/>
          </w:tcPr>
          <w:p>
            <w:r>
              <w:rPr>
                <w:b/>
              </w:rPr>
              <w:t>Firma de asistencia</w:t>
            </w:r>
          </w:p>
        </w:tc>
      </w:tr>
      <w:tr>
        <w:tc>
          <w:tcPr>
            <w:tcW w:type="dxa" w:w="3402"/>
          </w:tcPr>
          <w:p>
            <w:r>
              <w:t>[Nombre]</w:t>
            </w:r>
          </w:p>
        </w:tc>
        <w:tc>
          <w:tcPr>
            <w:tcW w:type="dxa" w:w="2835"/>
          </w:tcPr>
          <w:p>
            <w:r>
              <w:t>[Presidente/a]</w:t>
            </w:r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3402"/>
          </w:tcPr>
          <w:p>
            <w:r>
              <w:t>[Nombre]</w:t>
            </w:r>
          </w:p>
        </w:tc>
        <w:tc>
          <w:tcPr>
            <w:tcW w:type="dxa" w:w="2835"/>
          </w:tcPr>
          <w:p>
            <w:r>
              <w:t>[Secretario/a]</w:t>
            </w:r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3402"/>
          </w:tcPr>
          <w:p>
            <w:r>
              <w:t>[Nombre]</w:t>
            </w:r>
          </w:p>
        </w:tc>
        <w:tc>
          <w:tcPr>
            <w:tcW w:type="dxa" w:w="2835"/>
          </w:tcPr>
          <w:p>
            <w:r>
              <w:t>[Cargo]</w:t>
            </w:r>
          </w:p>
        </w:tc>
        <w:tc>
          <w:tcPr>
            <w:tcW w:type="dxa" w:w="2835"/>
          </w:tcPr>
          <w:p>
            <w:r/>
          </w:p>
        </w:tc>
      </w:tr>
    </w:tbl>
    <w:p>
      <w:r>
        <w:t>Ausentes: [nombres y motivo, si se conoce].  Quórum: [número de asistentes o % de votos] de [total]. [Hay / No hay] quórum.</w:t>
      </w:r>
    </w:p>
    <w:p>
      <w:pPr>
        <w:spacing w:before="160"/>
      </w:pPr>
      <w:r>
        <w:rPr>
          <w:b/>
        </w:rPr>
        <w:t>3. Orden del día</w:t>
      </w:r>
    </w:p>
    <w:p>
      <w:r>
        <w:t>I. Lista de asistencia y verificación del quórum</w:t>
      </w:r>
    </w:p>
    <w:p>
      <w:r>
        <w:t>II. Lectura y aprobación del acta anterior</w:t>
      </w:r>
    </w:p>
    <w:p>
      <w:r>
        <w:t>III. [Asunto]</w:t>
      </w:r>
    </w:p>
    <w:p>
      <w:r>
        <w:t>IV. [Asunto]</w:t>
      </w:r>
    </w:p>
    <w:p>
      <w:r>
        <w:t>V. Asuntos generales</w:t>
      </w:r>
    </w:p>
    <w:p>
      <w:pPr>
        <w:spacing w:before="160"/>
      </w:pPr>
      <w:r>
        <w:rPr>
          <w:b/>
        </w:rPr>
        <w:t>4. Desarrollo de la reunión</w:t>
      </w:r>
    </w:p>
    <w:p>
      <w:r>
        <w:t>Punto I. [Resumen de lo que se expuso, quién lo presentó y los datos clave.]</w:t>
      </w:r>
    </w:p>
    <w:p>
      <w:r>
        <w:t>Punto II. [...]</w:t>
      </w:r>
    </w:p>
    <w:p>
      <w:pPr>
        <w:spacing w:before="160"/>
      </w:pPr>
      <w:r>
        <w:rPr>
          <w:b/>
        </w:rPr>
        <w:t>5. Acuerdos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3288"/>
        <w:gridCol w:w="1474"/>
        <w:gridCol w:w="1928"/>
        <w:gridCol w:w="1474"/>
      </w:tblGrid>
      <w:tr>
        <w:tc>
          <w:tcPr>
            <w:tcW w:type="dxa" w:w="680"/>
          </w:tcPr>
          <w:p>
            <w:r>
              <w:rPr>
                <w:b/>
              </w:rPr>
              <w:t>No.</w:t>
            </w:r>
          </w:p>
        </w:tc>
        <w:tc>
          <w:tcPr>
            <w:tcW w:type="dxa" w:w="3288"/>
          </w:tcPr>
          <w:p>
            <w:r>
              <w:rPr>
                <w:b/>
              </w:rPr>
              <w:t>Acuerdo</w:t>
            </w:r>
          </w:p>
        </w:tc>
        <w:tc>
          <w:tcPr>
            <w:tcW w:type="dxa" w:w="1474"/>
          </w:tcPr>
          <w:p>
            <w:r>
              <w:rPr>
                <w:b/>
              </w:rPr>
              <w:t>Votación</w:t>
            </w:r>
          </w:p>
        </w:tc>
        <w:tc>
          <w:tcPr>
            <w:tcW w:type="dxa" w:w="1928"/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1474"/>
          </w:tcPr>
          <w:p>
            <w:r>
              <w:rPr>
                <w:b/>
              </w:rPr>
              <w:t>Fecha límite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3288"/>
          </w:tcPr>
          <w:p>
            <w:r>
              <w:t>[Verbo + qué se decidió]</w:t>
            </w:r>
          </w:p>
        </w:tc>
        <w:tc>
          <w:tcPr>
            <w:tcW w:type="dxa" w:w="1474"/>
          </w:tcPr>
          <w:p>
            <w:r>
              <w:t>[sí / no / abst.]</w:t>
            </w:r>
          </w:p>
        </w:tc>
        <w:tc>
          <w:tcPr>
            <w:tcW w:type="dxa" w:w="1928"/>
          </w:tcPr>
          <w:p>
            <w:r>
              <w:t>[Nombre]</w:t>
            </w:r>
          </w:p>
        </w:tc>
        <w:tc>
          <w:tcPr>
            <w:tcW w:type="dxa" w:w="1474"/>
          </w:tcPr>
          <w:p>
            <w:r>
              <w:t>[dd/mm/aaaa]</w:t>
            </w:r>
          </w:p>
        </w:tc>
      </w:tr>
      <w:t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474"/>
          </w:tcPr>
          <w:p>
            <w:r/>
          </w:p>
        </w:tc>
      </w:tr>
    </w:tbl>
    <w:p>
      <w:pPr>
        <w:spacing w:before="160"/>
      </w:pPr>
      <w:r>
        <w:rPr>
          <w:b/>
        </w:rPr>
        <w:t>6. Cierre</w:t>
      </w:r>
    </w:p>
    <w:p>
      <w:r>
        <w:t>No habiendo otro asunto que tratar, se da por terminada la reunión a las [hora] horas del mismo día. Próxima reunión: [fecha, hora y lugar]. Firman al calce, para constancia, quienes intervinieron.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pPr>
              <w:jc w:val="center"/>
            </w:pPr>
            <w:r>
              <w:br/>
              <w:t>_______________________</w:t>
            </w:r>
          </w:p>
        </w:tc>
        <w:tc>
          <w:tcPr>
            <w:tcW w:type="dxa" w:w="3135"/>
          </w:tcPr>
          <w:p>
            <w:pPr>
              <w:jc w:val="center"/>
            </w:pPr>
            <w:r>
              <w:br/>
              <w:t>_______________________</w:t>
            </w:r>
          </w:p>
        </w:tc>
        <w:tc>
          <w:tcPr>
            <w:tcW w:type="dxa" w:w="3135"/>
          </w:tcPr>
          <w:p>
            <w:pPr>
              <w:jc w:val="center"/>
            </w:pPr>
            <w:r>
              <w:br/>
              <w:t>_______________________</w:t>
            </w:r>
          </w:p>
        </w:tc>
      </w:tr>
      <w:tr>
        <w:tc>
          <w:tcPr>
            <w:tcW w:type="dxa" w:w="3135"/>
          </w:tcPr>
          <w:p>
            <w:pPr>
              <w:jc w:val="center"/>
            </w:pPr>
            <w:r>
              <w:t>[Nombre]</w:t>
              <w:br/>
              <w:t>Presidente/a</w:t>
            </w:r>
          </w:p>
        </w:tc>
        <w:tc>
          <w:tcPr>
            <w:tcW w:type="dxa" w:w="3135"/>
          </w:tcPr>
          <w:p>
            <w:pPr>
              <w:jc w:val="center"/>
            </w:pPr>
            <w:r>
              <w:t>[Nombre]</w:t>
              <w:br/>
              <w:t>Secretario/a</w:t>
            </w:r>
          </w:p>
        </w:tc>
        <w:tc>
          <w:tcPr>
            <w:tcW w:type="dxa" w:w="3135"/>
          </w:tcPr>
          <w:p>
            <w:pPr>
              <w:jc w:val="center"/>
            </w:pPr>
            <w:r>
              <w:t>[Nombre]</w:t>
              <w:br/>
              <w:t>[Cargo]</w:t>
            </w:r>
          </w:p>
        </w:tc>
      </w:tr>
    </w:tbl>
    <w:p>
      <w:r>
        <w:br/>
        <w:t>Anexos: [lista de asistencia, convocatoria, cotizaciones, grabación o transcripción].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