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ACTA DE REUNIÓN DE PADRES DE FAMILIA</w:t>
      </w:r>
    </w:p>
    <w:p>
      <w:pPr>
        <w:jc w:val="center"/>
      </w:pPr>
      <w:r>
        <w:t>Acta No. ____    Ciclo escolar ____-____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 xml:space="preserve">Escuela y CCT: </w:t>
            </w:r>
          </w:p>
        </w:tc>
        <w:tc>
          <w:tcPr>
            <w:tcW w:type="dxa" w:w="4320"/>
          </w:tcPr>
          <w:p>
            <w:r>
              <w:t xml:space="preserve">Grado y grupo: </w:t>
            </w:r>
          </w:p>
        </w:tc>
      </w:tr>
      <w:tr>
        <w:tc>
          <w:tcPr>
            <w:tcW w:type="dxa" w:w="4320"/>
          </w:tcPr>
          <w:p>
            <w:r>
              <w:t xml:space="preserve">Fecha: </w:t>
            </w:r>
          </w:p>
        </w:tc>
        <w:tc>
          <w:tcPr>
            <w:tcW w:type="dxa" w:w="4320"/>
          </w:tcPr>
          <w:p>
            <w:r>
              <w:t xml:space="preserve">Hora de inicio y de cierre: </w:t>
            </w:r>
          </w:p>
        </w:tc>
      </w:tr>
      <w:tr>
        <w:tc>
          <w:tcPr>
            <w:tcW w:type="dxa" w:w="4320"/>
          </w:tcPr>
          <w:p>
            <w:r>
              <w:t xml:space="preserve">Lugar o enlace: </w:t>
            </w:r>
          </w:p>
        </w:tc>
        <w:tc>
          <w:tcPr>
            <w:tcW w:type="dxa" w:w="4320"/>
          </w:tcPr>
          <w:p>
            <w:r>
              <w:t xml:space="preserve">Convoca: </w:t>
            </w:r>
          </w:p>
        </w:tc>
      </w:tr>
      <w:tr>
        <w:tc>
          <w:tcPr>
            <w:tcW w:type="dxa" w:w="4320"/>
          </w:tcPr>
          <w:p>
            <w:r>
              <w:t xml:space="preserve">Asistentes (número): </w:t>
            </w:r>
          </w:p>
        </w:tc>
        <w:tc>
          <w:tcPr>
            <w:tcW w:type="dxa" w:w="4320"/>
          </w:tcPr>
          <w:p>
            <w:r>
              <w:t xml:space="preserve">Total de familias del grupo: </w:t>
            </w:r>
          </w:p>
        </w:tc>
      </w:tr>
    </w:tbl>
    <w:p/>
    <w:p>
      <w:r>
        <w:rPr>
          <w:b/>
        </w:rPr>
        <w:t>1. Bienvenida y verificación de asistencia</w:t>
      </w:r>
    </w:p>
    <w:p>
      <w:r>
        <w:t>____________________________________________________________________</w:t>
      </w:r>
    </w:p>
    <w:p>
      <w:r>
        <w:rPr>
          <w:b/>
        </w:rPr>
        <w:t>2. Orden del día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rPr>
          <w:b/>
        </w:rPr>
        <w:t>3. Temas tratados (resumen de lo que se dijo en cada punto)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rPr>
          <w:b/>
        </w:rPr>
        <w:t>4. Acuerdos y votaciones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Acuerdo</w:t>
            </w:r>
          </w:p>
        </w:tc>
        <w:tc>
          <w:tcPr>
            <w:tcW w:type="dxa" w:w="2160"/>
          </w:tcPr>
          <w:p>
            <w:r>
              <w:t>A favor</w:t>
            </w:r>
          </w:p>
        </w:tc>
        <w:tc>
          <w:tcPr>
            <w:tcW w:type="dxa" w:w="2160"/>
          </w:tcPr>
          <w:p>
            <w:r>
              <w:t>En contra</w:t>
            </w:r>
          </w:p>
        </w:tc>
        <w:tc>
          <w:tcPr>
            <w:tcW w:type="dxa" w:w="2160"/>
          </w:tcPr>
          <w:p>
            <w:r>
              <w:t>Responsable y fecha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rPr>
          <w:b/>
        </w:rPr>
        <w:t>5. Asuntos generales</w:t>
      </w:r>
    </w:p>
    <w:p>
      <w:r>
        <w:t>____________________________________________________________________</w:t>
      </w:r>
    </w:p>
    <w:p>
      <w:r>
        <w:t>____________________________________________________________________</w:t>
      </w:r>
    </w:p>
    <w:p>
      <w:r>
        <w:rPr>
          <w:b/>
        </w:rPr>
        <w:t>6. Próxima reunión (fecha, hora y lugar)</w:t>
      </w:r>
    </w:p>
    <w:p>
      <w:r>
        <w:t>____________________________________________________________________</w:t>
      </w:r>
    </w:p>
    <w:p/>
    <w:p>
      <w:r>
        <w:rPr>
          <w:b/>
        </w:rPr>
        <w:t>7. Lista de asistencia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Nombre del padre, madre o tutor</w:t>
            </w:r>
          </w:p>
        </w:tc>
        <w:tc>
          <w:tcPr>
            <w:tcW w:type="dxa" w:w="2880"/>
          </w:tcPr>
          <w:p>
            <w:r>
              <w:t>Nombre del alumno</w:t>
            </w:r>
          </w:p>
        </w:tc>
        <w:tc>
          <w:tcPr>
            <w:tcW w:type="dxa" w:w="2880"/>
          </w:tcPr>
          <w:p>
            <w:r>
              <w:t>Firma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r>
        <w:t>Se cierra la reunión a las ____ horas del día indicado. Firman al calce quienes intervinieron.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br/>
              <w:br/>
              <w:t>_______________________</w:t>
            </w:r>
          </w:p>
        </w:tc>
        <w:tc>
          <w:tcPr>
            <w:tcW w:type="dxa" w:w="2880"/>
          </w:tcPr>
          <w:p>
            <w:r>
              <w:br/>
              <w:br/>
              <w:t>_______________________</w:t>
            </w:r>
          </w:p>
        </w:tc>
        <w:tc>
          <w:tcPr>
            <w:tcW w:type="dxa" w:w="2880"/>
          </w:tcPr>
          <w:p>
            <w:r>
              <w:br/>
              <w:br/>
              <w:t>_______________________</w:t>
            </w:r>
          </w:p>
        </w:tc>
      </w:tr>
      <w:tr>
        <w:tc>
          <w:tcPr>
            <w:tcW w:type="dxa" w:w="2880"/>
          </w:tcPr>
          <w:p>
            <w:r>
              <w:t>Docente o director(a)</w:t>
            </w:r>
          </w:p>
        </w:tc>
        <w:tc>
          <w:tcPr>
            <w:tcW w:type="dxa" w:w="2880"/>
          </w:tcPr>
          <w:p>
            <w:r>
              <w:t>Presidente(a) de la mesa directiva</w:t>
            </w:r>
          </w:p>
        </w:tc>
        <w:tc>
          <w:tcPr>
            <w:tcW w:type="dxa" w:w="2880"/>
          </w:tcPr>
          <w:p>
            <w:r>
              <w:t>Secretario(a)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